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40"/>
      </w:pPr>
      <w:r>
        <w:rPr>
          <w:rFonts w:ascii="Calibri" w:hAnsi="Calibri"/>
          <w:b/>
          <w:color w:val="0B2B3A"/>
          <w:sz w:val="42"/>
        </w:rPr>
        <w:t>Resume Template</w:t>
      </w:r>
    </w:p>
    <w:p>
      <w:pPr>
        <w:spacing w:after="200"/>
      </w:pPr>
      <w:r>
        <w:rPr>
          <w:rFonts w:ascii="Calibri" w:hAnsi="Calibri"/>
          <w:color w:val="5B6B78"/>
          <w:sz w:val="19"/>
        </w:rPr>
        <w:t>Replace every bracketed prompt with your information. Keep the strongest and most relevant experience first.</w:t>
      </w:r>
    </w:p>
    <w:p>
      <w:pPr>
        <w:pStyle w:val="Heading1"/>
        <w:keepNext/>
        <w:pBdr>
          <w:bottom w:val="single" w:sz="10" w:space="3" w:color="1F9FD3"/>
        </w:pBdr>
      </w:pPr>
      <w:r>
        <w:rPr>
          <w:rFonts w:ascii="Calibri" w:hAnsi="Calibri"/>
          <w:b/>
          <w:color w:val="0B2B3A"/>
          <w:sz w:val="21"/>
        </w:rPr>
        <w:t>CONTACT INFORMATION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636"/>
        <w:gridCol w:w="4636"/>
      </w:tblGrid>
      <w:tr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FULL 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[Your name]</w:t>
            </w:r>
          </w:p>
        </w:tc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EMAIL ADDRESS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[name@email.com]</w:t>
            </w:r>
          </w:p>
        </w:tc>
      </w:tr>
      <w:tr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PHONE NUMBER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[(000) 000-0000]</w:t>
            </w:r>
          </w:p>
        </w:tc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CITY AND STATE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[City, State]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10" w:space="3" w:color="1F9FD3"/>
        </w:pBdr>
      </w:pPr>
      <w:r>
        <w:rPr>
          <w:rFonts w:ascii="Calibri" w:hAnsi="Calibri"/>
          <w:b/>
          <w:color w:val="0B2B3A"/>
          <w:sz w:val="21"/>
        </w:rPr>
        <w:t>PROFESSIONAL SUMMARY</w:t>
      </w:r>
    </w:p>
    <w:p>
      <w:pPr>
        <w:spacing w:before="40" w:after="40"/>
      </w:pPr>
      <w:r>
        <w:rPr>
          <w:rFonts w:ascii="Calibri" w:hAnsi="Calibri"/>
          <w:b/>
          <w:color w:val="5B6B78"/>
          <w:sz w:val="15"/>
        </w:rPr>
        <w:t>SUMMARY</w:t>
        <w:br/>
      </w:r>
      <w:r>
        <w:rPr>
          <w:rFonts w:ascii="Calibri" w:hAnsi="Calibri"/>
          <w:b w:val="0"/>
          <w:i/>
          <w:color w:val="5B6B78"/>
          <w:sz w:val="20"/>
        </w:rPr>
        <w:t>[Write 3-4 lines that connect your experience, accounting or client-service strengths, and the role you are applying for.]</w:t>
      </w:r>
    </w:p>
    <w:p>
      <w:pPr>
        <w:pStyle w:val="Heading1"/>
        <w:keepNext/>
        <w:pBdr>
          <w:bottom w:val="single" w:sz="10" w:space="3" w:color="1F9FD3"/>
        </w:pBdr>
      </w:pPr>
      <w:r>
        <w:rPr>
          <w:rFonts w:ascii="Calibri" w:hAnsi="Calibri"/>
          <w:b/>
          <w:color w:val="0B2B3A"/>
          <w:sz w:val="21"/>
        </w:rPr>
        <w:t>CORE STRENGTHS</w:t>
      </w:r>
    </w:p>
    <w:p>
      <w:pPr>
        <w:spacing w:before="40" w:after="40"/>
      </w:pPr>
      <w:r>
        <w:rPr>
          <w:rFonts w:ascii="Calibri" w:hAnsi="Calibri"/>
          <w:b/>
          <w:color w:val="5B6B78"/>
          <w:sz w:val="15"/>
        </w:rPr>
        <w:t>SKILLS AND SOFTWARE</w:t>
        <w:br/>
      </w:r>
      <w:r>
        <w:rPr>
          <w:rFonts w:ascii="Calibri" w:hAnsi="Calibri"/>
          <w:b w:val="0"/>
          <w:i/>
          <w:color w:val="5B6B78"/>
          <w:sz w:val="20"/>
        </w:rPr>
        <w:t>[Examples: QuickBooks, reconciliations, Excel, payroll support, organization, client communication.]</w:t>
      </w:r>
    </w:p>
    <w:p>
      <w:pPr>
        <w:pStyle w:val="Heading1"/>
        <w:keepNext/>
        <w:pBdr>
          <w:bottom w:val="single" w:sz="10" w:space="3" w:color="1F9FD3"/>
        </w:pBdr>
      </w:pPr>
      <w:r>
        <w:rPr>
          <w:rFonts w:ascii="Calibri" w:hAnsi="Calibri"/>
          <w:b/>
          <w:color w:val="0B2B3A"/>
          <w:sz w:val="21"/>
        </w:rPr>
        <w:t>PROFESSIONAL EXPERIENCE</w:t>
      </w:r>
    </w:p>
    <w:p>
      <w:pPr>
        <w:spacing w:before="60" w:after="20"/>
      </w:pPr>
      <w:r>
        <w:rPr>
          <w:rFonts w:ascii="Calibri" w:hAnsi="Calibri"/>
          <w:b/>
          <w:color w:val="1F9FD3"/>
          <w:sz w:val="16"/>
        </w:rPr>
        <w:t>MOST RECENT ROLE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636"/>
        <w:gridCol w:w="4636"/>
      </w:tblGrid>
      <w:tr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EMPLOYER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[Company or organization]</w:t>
            </w:r>
          </w:p>
        </w:tc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ROLE / TITLE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[Your title]</w:t>
            </w:r>
          </w:p>
        </w:tc>
      </w:tr>
      <w:tr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DATES EMPLOYED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[Month Year - Month Year or Present]</w:t>
            </w:r>
          </w:p>
        </w:tc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LOCATION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[City, State or Remote]</w:t>
            </w:r>
          </w:p>
        </w:tc>
      </w:tr>
    </w:tbl>
    <w:p>
      <w:pPr>
        <w:spacing w:before="40" w:after="40"/>
      </w:pPr>
      <w:r>
        <w:rPr>
          <w:rFonts w:ascii="Calibri" w:hAnsi="Calibri"/>
          <w:b/>
          <w:color w:val="5B6B78"/>
          <w:sz w:val="15"/>
        </w:rPr>
        <w:t>KEY RESPONSIBILITIES AND RESULTS</w:t>
        <w:br/>
      </w:r>
      <w:r>
        <w:rPr>
          <w:rFonts w:ascii="Calibri" w:hAnsi="Calibri"/>
          <w:b w:val="0"/>
          <w:i/>
          <w:color w:val="5B6B78"/>
          <w:sz w:val="20"/>
        </w:rPr>
        <w:t>[Use 2-4 short achievement statements. Start with an action verb and include a result or scope when possible.]</w:t>
      </w:r>
    </w:p>
    <w:p>
      <w:pPr>
        <w:spacing w:before="60" w:after="20"/>
      </w:pPr>
      <w:r>
        <w:rPr>
          <w:rFonts w:ascii="Calibri" w:hAnsi="Calibri"/>
          <w:b/>
          <w:color w:val="1F9FD3"/>
          <w:sz w:val="16"/>
        </w:rPr>
        <w:t>PREVIOUS ROLE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636"/>
        <w:gridCol w:w="4636"/>
      </w:tblGrid>
      <w:tr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EMPLOYER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[Company or organization]</w:t>
            </w:r>
          </w:p>
        </w:tc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ROLE / TITLE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[Your title]</w:t>
            </w:r>
          </w:p>
        </w:tc>
      </w:tr>
      <w:tr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DATES EMPLOYED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[Month Year - Month Year or Present]</w:t>
            </w:r>
          </w:p>
        </w:tc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LOCATION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[City, State or Remote]</w:t>
            </w:r>
          </w:p>
        </w:tc>
      </w:tr>
    </w:tbl>
    <w:p>
      <w:pPr>
        <w:spacing w:before="40" w:after="40"/>
      </w:pPr>
      <w:r>
        <w:rPr>
          <w:rFonts w:ascii="Calibri" w:hAnsi="Calibri"/>
          <w:b/>
          <w:color w:val="5B6B78"/>
          <w:sz w:val="15"/>
        </w:rPr>
        <w:t>KEY RESPONSIBILITIES AND RESULTS</w:t>
        <w:br/>
      </w:r>
      <w:r>
        <w:rPr>
          <w:rFonts w:ascii="Calibri" w:hAnsi="Calibri"/>
          <w:b w:val="0"/>
          <w:i/>
          <w:color w:val="5B6B78"/>
          <w:sz w:val="20"/>
        </w:rPr>
        <w:t>[Use 2-4 short achievement statements. Start with an action verb and include a result or scope when possible.]</w:t>
      </w:r>
    </w:p>
    <w:p>
      <w:r>
        <w:br w:type="page"/>
      </w:r>
    </w:p>
    <w:p>
      <w:pPr>
        <w:spacing w:before="160" w:after="120"/>
      </w:pPr>
      <w:r>
        <w:rPr>
          <w:rFonts w:ascii="Calibri" w:hAnsi="Calibri"/>
          <w:b/>
          <w:color w:val="0B2B3A"/>
          <w:sz w:val="32"/>
        </w:rPr>
        <w:t>Resume Template - Continued</w:t>
      </w:r>
    </w:p>
    <w:p>
      <w:pPr>
        <w:pStyle w:val="Heading1"/>
        <w:keepNext/>
        <w:pBdr>
          <w:bottom w:val="single" w:sz="10" w:space="3" w:color="1F9FD3"/>
        </w:pBdr>
      </w:pPr>
      <w:r>
        <w:rPr>
          <w:rFonts w:ascii="Calibri" w:hAnsi="Calibri"/>
          <w:b/>
          <w:color w:val="0B2B3A"/>
          <w:sz w:val="21"/>
        </w:rPr>
        <w:t>ADDITIONAL EXPERIENCE</w:t>
      </w:r>
    </w:p>
    <w:p>
      <w:pPr>
        <w:spacing w:before="60" w:after="20"/>
      </w:pPr>
      <w:r>
        <w:rPr>
          <w:rFonts w:ascii="Calibri" w:hAnsi="Calibri"/>
          <w:b/>
          <w:color w:val="1F9FD3"/>
          <w:sz w:val="16"/>
        </w:rPr>
        <w:t>EARLIER ROLE (OPTIONAL)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636"/>
        <w:gridCol w:w="4636"/>
      </w:tblGrid>
      <w:tr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EMPLOYER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[Company or organization]</w:t>
            </w:r>
          </w:p>
        </w:tc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ROLE / TITLE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[Your title]</w:t>
            </w:r>
          </w:p>
        </w:tc>
      </w:tr>
      <w:tr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DATES EMPLOYED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[Month Year - Month Year or Present]</w:t>
            </w:r>
          </w:p>
        </w:tc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LOCATION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[City, State or Remote]</w:t>
            </w:r>
          </w:p>
        </w:tc>
      </w:tr>
    </w:tbl>
    <w:p>
      <w:pPr>
        <w:spacing w:before="40" w:after="40"/>
      </w:pPr>
      <w:r>
        <w:rPr>
          <w:rFonts w:ascii="Calibri" w:hAnsi="Calibri"/>
          <w:b/>
          <w:color w:val="5B6B78"/>
          <w:sz w:val="15"/>
        </w:rPr>
        <w:t>KEY RESPONSIBILITIES AND RESULTS</w:t>
        <w:br/>
      </w:r>
      <w:r>
        <w:rPr>
          <w:rFonts w:ascii="Calibri" w:hAnsi="Calibri"/>
          <w:b w:val="0"/>
          <w:i/>
          <w:color w:val="5B6B78"/>
          <w:sz w:val="20"/>
        </w:rPr>
        <w:t>[Use 2-4 short achievement statements. Start with an action verb and include a result or scope when possible.]</w:t>
      </w:r>
    </w:p>
    <w:p>
      <w:pPr>
        <w:pStyle w:val="Heading1"/>
        <w:keepNext/>
        <w:pBdr>
          <w:bottom w:val="single" w:sz="10" w:space="3" w:color="1F9FD3"/>
        </w:pBdr>
      </w:pPr>
      <w:r>
        <w:rPr>
          <w:rFonts w:ascii="Calibri" w:hAnsi="Calibri"/>
          <w:b/>
          <w:color w:val="0B2B3A"/>
          <w:sz w:val="21"/>
        </w:rPr>
        <w:t>EDUCATION AND CREDENTIALS</w:t>
      </w:r>
    </w:p>
    <w:p>
      <w:pPr>
        <w:spacing w:before="40" w:after="40"/>
      </w:pPr>
      <w:r>
        <w:rPr>
          <w:rFonts w:ascii="Calibri" w:hAnsi="Calibri"/>
          <w:b/>
          <w:color w:val="5B6B78"/>
          <w:sz w:val="15"/>
        </w:rPr>
        <w:t>EDUCATION</w:t>
        <w:br/>
      </w:r>
      <w:r>
        <w:rPr>
          <w:rFonts w:ascii="Calibri" w:hAnsi="Calibri"/>
          <w:b w:val="0"/>
          <w:i/>
          <w:color w:val="5B6B78"/>
          <w:sz w:val="20"/>
        </w:rPr>
        <w:t>[School, degree or coursework, graduation date, and relevant accounting, tax, payroll, or software credentials.]</w:t>
      </w:r>
    </w:p>
    <w:p>
      <w:pPr>
        <w:pStyle w:val="Heading1"/>
        <w:keepNext/>
        <w:pBdr>
          <w:bottom w:val="single" w:sz="10" w:space="3" w:color="1F9FD3"/>
        </w:pBdr>
      </w:pPr>
      <w:r>
        <w:rPr>
          <w:rFonts w:ascii="Calibri" w:hAnsi="Calibri"/>
          <w:b/>
          <w:color w:val="0B2B3A"/>
          <w:sz w:val="21"/>
        </w:rPr>
        <w:t>ADDITIONAL INFORMATION</w:t>
      </w:r>
    </w:p>
    <w:p>
      <w:pPr>
        <w:spacing w:before="40" w:after="40"/>
      </w:pPr>
      <w:r>
        <w:rPr>
          <w:rFonts w:ascii="Calibri" w:hAnsi="Calibri"/>
          <w:b/>
          <w:color w:val="5B6B78"/>
          <w:sz w:val="15"/>
        </w:rPr>
        <w:t>OTHER RELEVANT DETAILS</w:t>
        <w:br/>
      </w:r>
      <w:r>
        <w:rPr>
          <w:rFonts w:ascii="Calibri" w:hAnsi="Calibri"/>
          <w:b w:val="0"/>
          <w:i/>
          <w:color w:val="5B6B78"/>
          <w:sz w:val="20"/>
        </w:rPr>
        <w:t>[Volunteer work, community involvement, languages, or other information that strengthens your application.]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432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5B6B78"/>
        <w:sz w:val="15"/>
      </w:rPr>
      <w:t>CBAccounting LLC candidate template | Complete, save, and upload with your application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color w:val="0B2B3A"/>
        <w:sz w:val="18"/>
      </w:rPr>
      <w:t>CBACCOUNTING LLC</w:t>
    </w:r>
    <w:r>
      <w:rPr>
        <w:rFonts w:ascii="Calibri" w:hAnsi="Calibri"/>
        <w:b/>
        <w:color w:val="1F9FD3"/>
        <w:sz w:val="17"/>
      </w:rPr>
      <w:t xml:space="preserve">   |   RESUME TEMPLATE</w:t>
    </w:r>
  </w:p>
  <w:p>
    <w:pPr>
      <w:spacing w:before="20" w:after="80"/>
      <w:pBdr>
        <w:bottom w:val="single" w:sz="12" w:space="3" w:color="1F9FD3"/>
      </w:pBdr>
    </w:pPr>
    <w:r>
      <w:rPr>
        <w:rFonts w:ascii="Calibri" w:hAnsi="Calibri"/>
        <w:color w:val="5B6B78"/>
        <w:sz w:val="15"/>
      </w:rPr>
      <w:t>A clear, tailored resume for CBAccounting LLC opportunities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9" w:lineRule="auto"/>
    </w:pPr>
    <w:rPr>
      <w:rFonts w:ascii="Calibri" w:hAnsi="Calibri"/>
      <w:color w:val="1722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0B2B3A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0B2B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mplateText">
    <w:name w:val="Template Text"/>
    <w:basedOn w:val="Normal"/>
    <w:pPr>
      <w:spacing w:after="100" w:line="259" w:lineRule="auto"/>
    </w:pPr>
    <w:rPr>
      <w:rFonts w:ascii="Calibri" w:hAnsi="Calibri"/>
      <w:i/>
      <w:color w:val="5B6B78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CBAccounting LLC Resume Template</dc:title>
  <dc:subject/>
  <dc:creator>CBAccounting LLC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