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/>
          <w:b/>
          <w:color w:val="0B2B3A"/>
          <w:sz w:val="42"/>
        </w:rPr>
        <w:t>Cover Letter Template</w:t>
      </w:r>
    </w:p>
    <w:p>
      <w:pPr>
        <w:spacing w:after="200"/>
      </w:pPr>
      <w:r>
        <w:rPr>
          <w:rFonts w:ascii="Calibri" w:hAnsi="Calibri"/>
          <w:color w:val="5B6B78"/>
          <w:sz w:val="19"/>
        </w:rPr>
        <w:t>Replace each bracketed prompt. Keep the final letter to one page and make it specific to the role.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636"/>
        <w:gridCol w:w="4636"/>
      </w:tblGrid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YOUR 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[Your name]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EMAIL ADDRESS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[name@email.com]</w:t>
            </w:r>
          </w:p>
        </w:tc>
      </w:tr>
      <w:tr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PHONE NUMBER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[(000) 000-0000]</w:t>
            </w:r>
          </w:p>
        </w:tc>
        <w:tc>
          <w:tcPr>
            <w:tcW w:type="dxa" w:w="4636"/>
            <w:shd w:fill="EAF5FA"/>
            <w:tcMar>
              <w:top w:w="100" w:type="dxa"/>
              <w:start w:w="140" w:type="dxa"/>
              <w:bottom w:w="100" w:type="dxa"/>
              <w:end w:w="140" w:type="dxa"/>
            </w:tcMar>
            <w:tcBorders>
              <w:top w:val="single" w:sz="6" w:space="0" w:color="B9CAD4"/>
              <w:left w:val="single" w:sz="6" w:space="0" w:color="B9CAD4"/>
              <w:bottom w:val="single" w:sz="6" w:space="0" w:color="B9CAD4"/>
              <w:right w:val="single" w:sz="6" w:space="0" w:color="B9CAD4"/>
            </w:tcBorders>
          </w:tcPr>
          <w:p>
            <w:pPr>
              <w:spacing w:after="20"/>
            </w:pPr>
            <w:r>
              <w:rPr>
                <w:rFonts w:ascii="Calibri" w:hAnsi="Calibri"/>
                <w:b/>
                <w:color w:val="5B6B78"/>
                <w:sz w:val="14"/>
              </w:rPr>
              <w:t>CITY AND STATE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5B6B78"/>
                <w:sz w:val="19"/>
              </w:rPr>
              <w:t>[City, State]</w:t>
            </w:r>
          </w:p>
        </w:tc>
      </w:tr>
    </w:tbl>
    <w:p>
      <w:pPr>
        <w:spacing w:after="0"/>
      </w:pP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DATE</w:t>
        <w:br/>
      </w:r>
      <w:r>
        <w:rPr>
          <w:rFonts w:ascii="Calibri" w:hAnsi="Calibri"/>
          <w:b w:val="0"/>
          <w:i/>
          <w:color w:val="5B6B78"/>
          <w:sz w:val="20"/>
        </w:rPr>
        <w:t>[Month Day, Year]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RECIPIENT</w:t>
        <w:br/>
      </w:r>
      <w:r>
        <w:rPr>
          <w:rFonts w:ascii="Calibri" w:hAnsi="Calibri"/>
          <w:b w:val="0"/>
          <w:i/>
          <w:color w:val="5B6B78"/>
          <w:sz w:val="20"/>
        </w:rPr>
        <w:t>[Hiring Manager Name, if known]</w:t>
        <w:br/>
        <w:t>[CBAccounting LLC]</w:t>
        <w:br/>
        <w:t>[City, State]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GREETING</w:t>
        <w:br/>
      </w:r>
      <w:r>
        <w:rPr>
          <w:rFonts w:ascii="Calibri" w:hAnsi="Calibri"/>
          <w:b w:val="0"/>
          <w:i/>
          <w:color w:val="5B6B78"/>
          <w:sz w:val="20"/>
        </w:rPr>
        <w:t>[Dear Hiring Team,]</w:t>
      </w: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OPENING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WHY THIS ROLE</w:t>
        <w:br/>
      </w:r>
      <w:r>
        <w:rPr>
          <w:rFonts w:ascii="Calibri" w:hAnsi="Calibri"/>
          <w:b w:val="0"/>
          <w:i/>
          <w:color w:val="5B6B78"/>
          <w:sz w:val="20"/>
        </w:rPr>
        <w:t>[Name the role, explain why it interests you, and lead with the experience or strengths that make you a good fit.]</w:t>
      </w: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EVIDENCE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RELEVANT EXPERIENCE</w:t>
        <w:br/>
      </w:r>
      <w:r>
        <w:rPr>
          <w:rFonts w:ascii="Calibri" w:hAnsi="Calibri"/>
          <w:b w:val="0"/>
          <w:i/>
          <w:color w:val="5B6B78"/>
          <w:sz w:val="20"/>
        </w:rPr>
        <w:t>[Share one or two concise examples of accounting, organization, client service, or problem-solving work. Explain the positive result, not just the task.]</w:t>
      </w:r>
    </w:p>
    <w:p>
      <w:pPr>
        <w:pStyle w:val="Heading1"/>
        <w:keepNext/>
        <w:pBdr>
          <w:bottom w:val="single" w:sz="10" w:space="3" w:color="1F9FD3"/>
        </w:pBdr>
      </w:pPr>
      <w:r>
        <w:rPr>
          <w:rFonts w:ascii="Calibri" w:hAnsi="Calibri"/>
          <w:b/>
          <w:color w:val="0B2B3A"/>
          <w:sz w:val="21"/>
        </w:rPr>
        <w:t>CLOSE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CONNECTION TO CBACCOUNTING LLC</w:t>
        <w:br/>
      </w:r>
      <w:r>
        <w:rPr>
          <w:rFonts w:ascii="Calibri" w:hAnsi="Calibri"/>
          <w:b w:val="0"/>
          <w:i/>
          <w:color w:val="5B6B78"/>
          <w:sz w:val="20"/>
        </w:rPr>
        <w:t>[Explain how you would contribute to the team and invite the next conversation.]</w:t>
      </w:r>
    </w:p>
    <w:p>
      <w:pPr>
        <w:spacing w:before="40" w:after="40"/>
      </w:pPr>
      <w:r>
        <w:rPr>
          <w:rFonts w:ascii="Calibri" w:hAnsi="Calibri"/>
          <w:b/>
          <w:color w:val="5B6B78"/>
          <w:sz w:val="15"/>
        </w:rPr>
        <w:t>SIGN-OFF</w:t>
        <w:br/>
      </w:r>
      <w:r>
        <w:rPr>
          <w:rFonts w:ascii="Calibri" w:hAnsi="Calibri"/>
          <w:b w:val="0"/>
          <w:i/>
          <w:color w:val="5B6B78"/>
          <w:sz w:val="20"/>
        </w:rPr>
        <w:t>[Sincerely,]</w:t>
        <w:br/>
        <w:t>[Your name]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432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5B6B78"/>
        <w:sz w:val="15"/>
      </w:rPr>
      <w:t>CBAccounting LLC candidate template | Complete, save, and upload with your application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0B2B3A"/>
        <w:sz w:val="18"/>
      </w:rPr>
      <w:t>CBACCOUNTING LLC</w:t>
    </w:r>
    <w:r>
      <w:rPr>
        <w:rFonts w:ascii="Calibri" w:hAnsi="Calibri"/>
        <w:b/>
        <w:color w:val="1F9FD3"/>
        <w:sz w:val="17"/>
      </w:rPr>
      <w:t xml:space="preserve">   |   COVER LETTER TEMPLATE</w:t>
    </w:r>
  </w:p>
  <w:p>
    <w:pPr>
      <w:spacing w:before="20" w:after="80"/>
      <w:pBdr>
        <w:bottom w:val="single" w:sz="12" w:space="3" w:color="1F9FD3"/>
      </w:pBdr>
    </w:pPr>
    <w:r>
      <w:rPr>
        <w:rFonts w:ascii="Calibri" w:hAnsi="Calibri"/>
        <w:color w:val="5B6B78"/>
        <w:sz w:val="15"/>
      </w:rPr>
      <w:t>A concise, role-specific letter for CBAccounting LLC opportunities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Calibri" w:hAnsi="Calibri"/>
      <w:color w:val="1722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0B2B3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B2B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mplateText">
    <w:name w:val="Template Text"/>
    <w:basedOn w:val="Normal"/>
    <w:pPr>
      <w:spacing w:after="100" w:line="259" w:lineRule="auto"/>
    </w:pPr>
    <w:rPr>
      <w:rFonts w:ascii="Calibri" w:hAnsi="Calibri"/>
      <w:i/>
      <w:color w:val="5B6B78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CBAccounting LLC Cover Letter Template</dc:title>
  <dc:subject/>
  <dc:creator>CBAccounting LLC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